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Commercial Cleaning Walkthrough &amp; Quote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Capture facility size, service areas, frequency, access, expectations, and quote assumptions.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COMPANY / CONTACT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FACILITY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WALKTHROUGH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ESTIMATOR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APPROX. SQUARE FOOTAGE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DESIRED START DATE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Facility &amp; Access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Business hours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 / keys / alarm process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Occupied during service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Restrooms / breakrooms count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Flooring types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Waste / recycling process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Requested Scope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Routine cleaning frequency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Floor care expectations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Restroom consumables responsibility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Interior glass / partitions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Periodic deep cleaning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Special areas or restrictions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Quote Inputs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Estimated labor hours per visit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Crew size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Supplies included / excluded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required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Initial cleanup needed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Quoted recurring price / terms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Cleaning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Cleaning Walkthrough &amp; Quote Form</dc:title>
  <dc:subject>Free editable Cleaning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