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Electrical Service Call Form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Record the complaint, affected circuits or equipment, findings, authorization, work, and final verification.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WORK ORDER #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DATE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ARRIVAL / DEPARTURE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Customer Report &amp; Site Information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Reported symptom / request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When issue began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Affected rooms / circuits / equipment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Recent changes or prior work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Access / shutoff coordination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Photos before work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Inspection &amp; Findings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Panel / circuit identification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Visual condition documented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Relevant readings recorded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Cause or likely cause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Repair options explained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Price authorized before work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Work &amp; Closeout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Repair / service performed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/ materials used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Operation verified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Labels / directory updated when applicable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area clean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informed of recommendations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Electrician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Service Call Form</dc:title>
  <dc:subject>Free editable Electrician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