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HVAC Preventive Maintenance Checklist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A documentation checklist for routine heating and cooling maintenance visits.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EQUIPMENT TYPE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MAKE / MODEL / SERIAL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Before Service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concerns reviewed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Thermostat settings documented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Equipment condition photographed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Service history reviewed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Maintenance Record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Filter condition / size documented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Accessible components visually inspected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Drain condition checked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Accessible electrical connections observed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Coils / heat-transfer surfaces condition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Blower / fan operation observed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Temperature / operating readings recorded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Unusual sound / vibration noted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Closeout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System operation verified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Work area clean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Findings explained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Recommended repairs quoted separately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Next maintenance timing discussed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questions answered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HVAC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Preventive Maintenance Checklist</dc:title>
  <dc:subject>Free editable HVAC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