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Job Completion &amp; Customer Sign-Off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Close the job with a clear completion record, final walkthrough, open items, and customer acknowledgment.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JOB / WORK ORDER #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COMPLETION DATE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PROJECT LEAD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FINAL AMOUNT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Completion Review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Approved scope completed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Change orders documented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Work area cleaned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Debris / old materials removed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Photos captured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Equipment / systems tested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walkthrough completed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Care / maintenance instructions provided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Open Items &amp; Warranty Notes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Punch-list items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Return visit required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Warranty / workmanship notes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questions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All Trades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Completion &amp; Customer Sign-Off</dc:title>
  <dc:subject>Free editable All Trades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