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Plumbing Service Call Form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Record the customer complaint, fixture or system, observations, authorization, repair, and closeout.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WORK ORDER #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SERVICE 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ARRIVAL / DEPARTURE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Customer Report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Leak / blockage / no-water / other request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When issue began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Affected fixture / area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Intermittent or continuous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Prior repair or recurring issue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Water shutoff access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Findings &amp; Authorization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Visible condition documented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Testing / observations recorded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Likely cause explained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Repair options presented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Price authorized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Before photos captured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Repair &amp; Closeout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Work performed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Parts / materials used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Flow / drainage / operation checked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Leak check completed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Area cleaned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After photos captured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informed of care / monitoring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Further work recommended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Authorization &amp; Sign-Off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APPROVAL / SIGNATURE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 / PROVIDER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r>
              <w:t xml:space="preserve"> 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Plumbing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Service Call Form</dc:title>
  <dc:subject>Free editable Plumbing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