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Pressure Washing Walkthrough &amp; Quote Form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Document surfaces, access, existing conditions, protection needs, price, and completion.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PROPERTY 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WALKTHROUGH 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ESTIMATOR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REQUESTED SERVICE 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QUOTE #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Surface &amp; Access Review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Surfaces / approximate area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Stains / buildup documented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Delicate or damaged areas photographed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Water access confirmed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Drainage / runoff path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Vehicles / furniture / obstacles noted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Scope &amp; Quote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Included surfaces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Excluded areas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Pre-treatment / special process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preparation required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Estimated time / crew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Quoted price / deposit / terms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Completion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Before photos captured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Protection / prep completed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Work completed per scope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After photos captured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Property returned / cleaned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walkthrough completed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Authorization &amp; Sign-Off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APPROVAL / SIGNATURE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 / PROVIDER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r>
              <w:t xml:space="preserve"> 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Pressure Washing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Walkthrough &amp; Quote Form</dc:title>
  <dc:subject>Free editable Pressure Washing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