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dxa" w:w="9360"/>
        <w:jc w:val="left"/>
        <w:tblLayout w:type="fixed"/>
        <w:tblLook w:firstColumn="1" w:firstRow="1" w:lastColumn="0" w:lastRow="0" w:noHBand="0" w:noVBand="1" w:val="04A0"/>
        <w:tblInd w:w="0" w:type="dxa"/>
      </w:tblPr>
      <w:tblGrid>
        <w:gridCol w:w="9360"/>
      </w:tblGrid>
      <w:tr>
        <w:tc>
          <w:tcPr>
            <w:tcW w:type="dxa" w:w="9360"/>
            <w:tcMar>
              <w:top w:w="150" w:type="dxa"/>
              <w:start w:w="160" w:type="dxa"/>
              <w:bottom w:w="150" w:type="dxa"/>
              <w:end w:w="160" w:type="dxa"/>
            </w:tcMar>
            <w:shd w:fill="111827"/>
          </w:tcPr>
          <w:p>
            <w:pPr>
              <w:spacing w:before="0" w:after="40" w:line="240" w:lineRule="auto"/>
            </w:pPr>
            <w:r>
              <w:rPr>
                <w:rFonts w:ascii="Arial" w:hAnsi="Arial"/>
                <w:b/>
                <w:i w:val="0"/>
                <w:color w:val="FFFFFF"/>
                <w:sz w:val="38"/>
              </w:rPr>
              <w:t>TRADE JOB CHANGE ORDER</w:t>
            </w:r>
          </w:p>
          <w:p>
            <w:pPr>
              <w:spacing w:before="0" w:after="0" w:line="240" w:lineRule="auto"/>
            </w:pPr>
            <w:r>
              <w:rPr>
                <w:rFonts w:ascii="Arial" w:hAnsi="Arial"/>
                <w:b w:val="0"/>
                <w:i w:val="0"/>
                <w:color w:val="FFFFFF"/>
                <w:sz w:val="20"/>
              </w:rPr>
              <w:t>Document scope, price, and schedule changes before extra work begins.</w:t>
            </w:r>
          </w:p>
        </w:tc>
      </w:tr>
    </w:tbl>
    <w:p>
      <w:pPr>
        <w:spacing w:before="0" w:after="100" w:line="240" w:lineRule="auto"/>
      </w:pPr>
    </w:p>
    <w:tbl>
      <w:tblPr>
        <w:tblStyle w:val="TableGrid"/>
        <w:tblW w:type="dxa" w:w="9360"/>
        <w:jc w:val="left"/>
        <w:tblLayout w:type="fixed"/>
        <w:tblLook w:firstColumn="1" w:firstRow="1" w:lastColumn="0" w:lastRow="0" w:noHBand="0" w:noVBand="1" w:val="04A0"/>
        <w:tblInd w:w="0" w:type="dxa"/>
      </w:tblPr>
      <w:tblGrid>
        <w:gridCol w:w="2088"/>
        <w:gridCol w:w="2592"/>
        <w:gridCol w:w="1944"/>
        <w:gridCol w:w="2736"/>
      </w:tblGrid>
      <w:tr>
        <w:tc>
          <w:tcPr>
            <w:tcW w:type="dxa" w:w="2088"/>
            <w:tcMar>
              <w:top w:w="90" w:type="dxa"/>
              <w:start w:w="120" w:type="dxa"/>
              <w:bottom w:w="90" w:type="dxa"/>
              <w:end w:w="120" w:type="dxa"/>
            </w:tcMar>
            <w:shd w:fill="F3F4F6"/>
            <w:vAlign w:val="center"/>
          </w:tcPr>
          <w:p>
            <w:pPr>
              <w:spacing w:before="0" w:after="0" w:line="240" w:lineRule="auto"/>
            </w:pPr>
            <w:r>
              <w:rPr>
                <w:rFonts w:ascii="Arial" w:hAnsi="Arial"/>
                <w:b/>
                <w:i w:val="0"/>
                <w:color w:val="111827"/>
                <w:sz w:val="19"/>
              </w:rPr>
              <w:t>Customer</w:t>
            </w:r>
          </w:p>
        </w:tc>
        <w:tc>
          <w:tcPr>
            <w:tcW w:type="dxa" w:w="2592"/>
            <w:tcMar>
              <w:top w:w="90" w:type="dxa"/>
              <w:start w:w="120" w:type="dxa"/>
              <w:bottom w:w="90" w:type="dxa"/>
              <w:end w:w="120" w:type="dxa"/>
            </w:tcMar>
            <w:shd w:fill="FFFFFF"/>
            <w:vAlign w:val="center"/>
          </w:tcPr>
          <w:p>
            <w:pPr>
              <w:spacing w:before="0" w:after="0" w:line="240" w:lineRule="auto"/>
            </w:pPr>
            <w:r>
              <w:rPr>
                <w:rFonts w:ascii="Arial" w:hAnsi="Arial"/>
                <w:b w:val="0"/>
                <w:i w:val="0"/>
                <w:color w:val="111827"/>
                <w:sz w:val="20"/>
              </w:rPr>
              <w:t xml:space="preserve"> </w:t>
            </w:r>
          </w:p>
        </w:tc>
        <w:tc>
          <w:tcPr>
            <w:tcW w:type="dxa" w:w="1944"/>
            <w:tcMar>
              <w:top w:w="90" w:type="dxa"/>
              <w:start w:w="120" w:type="dxa"/>
              <w:bottom w:w="90" w:type="dxa"/>
              <w:end w:w="120" w:type="dxa"/>
            </w:tcMar>
            <w:shd w:fill="F3F4F6"/>
            <w:vAlign w:val="center"/>
          </w:tcPr>
          <w:p>
            <w:pPr>
              <w:spacing w:before="0" w:after="0" w:line="240" w:lineRule="auto"/>
            </w:pPr>
            <w:r>
              <w:rPr>
                <w:rFonts w:ascii="Arial" w:hAnsi="Arial"/>
                <w:b/>
                <w:i w:val="0"/>
                <w:color w:val="111827"/>
                <w:sz w:val="19"/>
              </w:rPr>
              <w:t>Change order #</w:t>
            </w:r>
          </w:p>
        </w:tc>
        <w:tc>
          <w:tcPr>
            <w:tcW w:type="dxa" w:w="2736"/>
            <w:tcMar>
              <w:top w:w="90" w:type="dxa"/>
              <w:start w:w="120" w:type="dxa"/>
              <w:bottom w:w="90" w:type="dxa"/>
              <w:end w:w="120" w:type="dxa"/>
            </w:tcMar>
            <w:shd w:fill="FFFFFF"/>
            <w:vAlign w:val="center"/>
          </w:tcPr>
          <w:p>
            <w:pPr>
              <w:spacing w:before="0" w:after="0" w:line="240" w:lineRule="auto"/>
            </w:pPr>
            <w:r>
              <w:rPr>
                <w:rFonts w:ascii="Arial" w:hAnsi="Arial"/>
                <w:b w:val="0"/>
                <w:i w:val="0"/>
                <w:color w:val="111827"/>
                <w:sz w:val="20"/>
              </w:rPr>
              <w:t xml:space="preserve"> </w:t>
            </w:r>
          </w:p>
        </w:tc>
      </w:tr>
      <w:tr>
        <w:tc>
          <w:tcPr>
            <w:tcW w:type="dxa" w:w="2088"/>
            <w:tcMar>
              <w:top w:w="90" w:type="dxa"/>
              <w:start w:w="120" w:type="dxa"/>
              <w:bottom w:w="90" w:type="dxa"/>
              <w:end w:w="120" w:type="dxa"/>
            </w:tcMar>
            <w:shd w:fill="F3F4F6"/>
            <w:vAlign w:val="center"/>
          </w:tcPr>
          <w:p>
            <w:pPr>
              <w:spacing w:before="0" w:after="0" w:line="240" w:lineRule="auto"/>
            </w:pPr>
            <w:r>
              <w:rPr>
                <w:rFonts w:ascii="Arial" w:hAnsi="Arial"/>
                <w:b/>
                <w:i w:val="0"/>
                <w:color w:val="111827"/>
                <w:sz w:val="19"/>
              </w:rPr>
              <w:t>Project / address</w:t>
            </w:r>
          </w:p>
        </w:tc>
        <w:tc>
          <w:tcPr>
            <w:tcW w:type="dxa" w:w="2592"/>
            <w:tcMar>
              <w:top w:w="90" w:type="dxa"/>
              <w:start w:w="120" w:type="dxa"/>
              <w:bottom w:w="90" w:type="dxa"/>
              <w:end w:w="120" w:type="dxa"/>
            </w:tcMar>
            <w:shd w:fill="FFFFFF"/>
            <w:vAlign w:val="center"/>
          </w:tcPr>
          <w:p>
            <w:pPr>
              <w:spacing w:before="0" w:after="0" w:line="240" w:lineRule="auto"/>
            </w:pPr>
            <w:r>
              <w:rPr>
                <w:rFonts w:ascii="Arial" w:hAnsi="Arial"/>
                <w:b w:val="0"/>
                <w:i w:val="0"/>
                <w:color w:val="111827"/>
                <w:sz w:val="20"/>
              </w:rPr>
              <w:t xml:space="preserve"> </w:t>
            </w:r>
          </w:p>
        </w:tc>
        <w:tc>
          <w:tcPr>
            <w:tcW w:type="dxa" w:w="1944"/>
            <w:tcMar>
              <w:top w:w="90" w:type="dxa"/>
              <w:start w:w="120" w:type="dxa"/>
              <w:bottom w:w="90" w:type="dxa"/>
              <w:end w:w="120" w:type="dxa"/>
            </w:tcMar>
            <w:shd w:fill="F3F4F6"/>
            <w:vAlign w:val="center"/>
          </w:tcPr>
          <w:p>
            <w:pPr>
              <w:spacing w:before="0" w:after="0" w:line="240" w:lineRule="auto"/>
            </w:pPr>
            <w:r>
              <w:rPr>
                <w:rFonts w:ascii="Arial" w:hAnsi="Arial"/>
                <w:b/>
                <w:i w:val="0"/>
                <w:color w:val="111827"/>
                <w:sz w:val="19"/>
              </w:rPr>
              <w:t>Original job #</w:t>
            </w:r>
          </w:p>
        </w:tc>
        <w:tc>
          <w:tcPr>
            <w:tcW w:type="dxa" w:w="2736"/>
            <w:tcMar>
              <w:top w:w="90" w:type="dxa"/>
              <w:start w:w="120" w:type="dxa"/>
              <w:bottom w:w="90" w:type="dxa"/>
              <w:end w:w="120" w:type="dxa"/>
            </w:tcMar>
            <w:shd w:fill="FFFFFF"/>
            <w:vAlign w:val="center"/>
          </w:tcPr>
          <w:p>
            <w:pPr>
              <w:spacing w:before="0" w:after="0" w:line="240" w:lineRule="auto"/>
            </w:pPr>
            <w:r>
              <w:rPr>
                <w:rFonts w:ascii="Arial" w:hAnsi="Arial"/>
                <w:b w:val="0"/>
                <w:i w:val="0"/>
                <w:color w:val="111827"/>
                <w:sz w:val="20"/>
              </w:rPr>
              <w:t xml:space="preserve"> </w:t>
            </w:r>
          </w:p>
        </w:tc>
      </w:tr>
      <w:tr>
        <w:tc>
          <w:tcPr>
            <w:tcW w:type="dxa" w:w="2088"/>
            <w:tcMar>
              <w:top w:w="90" w:type="dxa"/>
              <w:start w:w="120" w:type="dxa"/>
              <w:bottom w:w="90" w:type="dxa"/>
              <w:end w:w="120" w:type="dxa"/>
            </w:tcMar>
            <w:shd w:fill="F3F4F6"/>
            <w:vAlign w:val="center"/>
          </w:tcPr>
          <w:p>
            <w:pPr>
              <w:spacing w:before="0" w:after="0" w:line="240" w:lineRule="auto"/>
            </w:pPr>
            <w:r>
              <w:rPr>
                <w:rFonts w:ascii="Arial" w:hAnsi="Arial"/>
                <w:b/>
                <w:i w:val="0"/>
                <w:color w:val="111827"/>
                <w:sz w:val="19"/>
              </w:rPr>
              <w:t>Contractor</w:t>
            </w:r>
          </w:p>
        </w:tc>
        <w:tc>
          <w:tcPr>
            <w:tcW w:type="dxa" w:w="2592"/>
            <w:tcMar>
              <w:top w:w="90" w:type="dxa"/>
              <w:start w:w="120" w:type="dxa"/>
              <w:bottom w:w="90" w:type="dxa"/>
              <w:end w:w="120" w:type="dxa"/>
            </w:tcMar>
            <w:shd w:fill="FFFFFF"/>
            <w:vAlign w:val="center"/>
          </w:tcPr>
          <w:p>
            <w:pPr>
              <w:spacing w:before="0" w:after="0" w:line="240" w:lineRule="auto"/>
            </w:pPr>
            <w:r>
              <w:rPr>
                <w:rFonts w:ascii="Arial" w:hAnsi="Arial"/>
                <w:b w:val="0"/>
                <w:i w:val="0"/>
                <w:color w:val="111827"/>
                <w:sz w:val="20"/>
              </w:rPr>
              <w:t xml:space="preserve"> </w:t>
            </w:r>
          </w:p>
        </w:tc>
        <w:tc>
          <w:tcPr>
            <w:tcW w:type="dxa" w:w="1944"/>
            <w:tcMar>
              <w:top w:w="90" w:type="dxa"/>
              <w:start w:w="120" w:type="dxa"/>
              <w:bottom w:w="90" w:type="dxa"/>
              <w:end w:w="120" w:type="dxa"/>
            </w:tcMar>
            <w:shd w:fill="F3F4F6"/>
            <w:vAlign w:val="center"/>
          </w:tcPr>
          <w:p>
            <w:pPr>
              <w:spacing w:before="0" w:after="0" w:line="240" w:lineRule="auto"/>
            </w:pPr>
            <w:r>
              <w:rPr>
                <w:rFonts w:ascii="Arial" w:hAnsi="Arial"/>
                <w:b/>
                <w:i w:val="0"/>
                <w:color w:val="111827"/>
                <w:sz w:val="19"/>
              </w:rPr>
              <w:t>Date requested</w:t>
            </w:r>
          </w:p>
        </w:tc>
        <w:tc>
          <w:tcPr>
            <w:tcW w:type="dxa" w:w="2736"/>
            <w:tcMar>
              <w:top w:w="90" w:type="dxa"/>
              <w:start w:w="120" w:type="dxa"/>
              <w:bottom w:w="90" w:type="dxa"/>
              <w:end w:w="120" w:type="dxa"/>
            </w:tcMar>
            <w:shd w:fill="FFFFFF"/>
            <w:vAlign w:val="center"/>
          </w:tcPr>
          <w:p>
            <w:pPr>
              <w:spacing w:before="0" w:after="0" w:line="240" w:lineRule="auto"/>
            </w:pPr>
            <w:r>
              <w:rPr>
                <w:rFonts w:ascii="Arial" w:hAnsi="Arial"/>
                <w:b w:val="0"/>
                <w:i w:val="0"/>
                <w:color w:val="111827"/>
                <w:sz w:val="20"/>
              </w:rPr>
              <w:t xml:space="preserve"> </w:t>
            </w:r>
          </w:p>
        </w:tc>
      </w:tr>
      <w:tr>
        <w:tc>
          <w:tcPr>
            <w:tcW w:type="dxa" w:w="2088"/>
            <w:tcMar>
              <w:top w:w="90" w:type="dxa"/>
              <w:start w:w="120" w:type="dxa"/>
              <w:bottom w:w="90" w:type="dxa"/>
              <w:end w:w="120" w:type="dxa"/>
            </w:tcMar>
            <w:shd w:fill="F3F4F6"/>
            <w:vAlign w:val="center"/>
          </w:tcPr>
          <w:p>
            <w:pPr>
              <w:spacing w:before="0" w:after="0" w:line="240" w:lineRule="auto"/>
            </w:pPr>
            <w:r>
              <w:rPr>
                <w:rFonts w:ascii="Arial" w:hAnsi="Arial"/>
                <w:b/>
                <w:i w:val="0"/>
                <w:color w:val="111827"/>
                <w:sz w:val="19"/>
              </w:rPr>
              <w:t>Requested by</w:t>
            </w:r>
          </w:p>
        </w:tc>
        <w:tc>
          <w:tcPr>
            <w:tcW w:type="dxa" w:w="2592"/>
            <w:tcMar>
              <w:top w:w="90" w:type="dxa"/>
              <w:start w:w="120" w:type="dxa"/>
              <w:bottom w:w="90" w:type="dxa"/>
              <w:end w:w="120" w:type="dxa"/>
            </w:tcMar>
            <w:shd w:fill="FFFFFF"/>
            <w:vAlign w:val="center"/>
          </w:tcPr>
          <w:p>
            <w:pPr>
              <w:spacing w:before="0" w:after="0" w:line="240" w:lineRule="auto"/>
            </w:pPr>
            <w:r>
              <w:rPr>
                <w:rFonts w:ascii="Arial" w:hAnsi="Arial"/>
                <w:b w:val="0"/>
                <w:i w:val="0"/>
                <w:color w:val="111827"/>
                <w:sz w:val="20"/>
              </w:rPr>
              <w:t xml:space="preserve"> </w:t>
            </w:r>
          </w:p>
        </w:tc>
        <w:tc>
          <w:tcPr>
            <w:tcW w:type="dxa" w:w="1944"/>
            <w:tcMar>
              <w:top w:w="90" w:type="dxa"/>
              <w:start w:w="120" w:type="dxa"/>
              <w:bottom w:w="90" w:type="dxa"/>
              <w:end w:w="120" w:type="dxa"/>
            </w:tcMar>
            <w:shd w:fill="F3F4F6"/>
            <w:vAlign w:val="center"/>
          </w:tcPr>
          <w:p>
            <w:pPr>
              <w:spacing w:before="0" w:after="0" w:line="240" w:lineRule="auto"/>
            </w:pPr>
            <w:r>
              <w:rPr>
                <w:rFonts w:ascii="Arial" w:hAnsi="Arial"/>
                <w:b/>
                <w:i w:val="0"/>
                <w:color w:val="111827"/>
                <w:sz w:val="19"/>
              </w:rPr>
              <w:t>Needed by</w:t>
            </w:r>
          </w:p>
        </w:tc>
        <w:tc>
          <w:tcPr>
            <w:tcW w:type="dxa" w:w="2736"/>
            <w:tcMar>
              <w:top w:w="90" w:type="dxa"/>
              <w:start w:w="120" w:type="dxa"/>
              <w:bottom w:w="90" w:type="dxa"/>
              <w:end w:w="120" w:type="dxa"/>
            </w:tcMar>
            <w:shd w:fill="FFFFFF"/>
            <w:vAlign w:val="center"/>
          </w:tcPr>
          <w:p>
            <w:pPr>
              <w:spacing w:before="0" w:after="0" w:line="240" w:lineRule="auto"/>
            </w:pPr>
            <w:r>
              <w:rPr>
                <w:rFonts w:ascii="Arial" w:hAnsi="Arial"/>
                <w:b w:val="0"/>
                <w:i w:val="0"/>
                <w:color w:val="111827"/>
                <w:sz w:val="20"/>
              </w:rPr>
              <w:t xml:space="preserve"> </w:t>
            </w:r>
          </w:p>
        </w:tc>
      </w:tr>
    </w:tbl>
    <w:p>
      <w:pPr>
        <w:spacing w:before="0" w:after="100" w:line="240" w:lineRule="auto"/>
      </w:pPr>
    </w:p>
    <w:tbl>
      <w:tblPr>
        <w:tblStyle w:val="TableGrid"/>
        <w:tblW w:type="dxa" w:w="9360"/>
        <w:jc w:val="left"/>
        <w:tblLayout w:type="fixed"/>
        <w:tblLook w:firstColumn="1" w:firstRow="1" w:lastColumn="0" w:lastRow="0" w:noHBand="0" w:noVBand="1" w:val="04A0"/>
        <w:tblInd w:w="0" w:type="dxa"/>
      </w:tblPr>
      <w:tblGrid>
        <w:gridCol w:w="9360"/>
      </w:tblGrid>
      <w:tr>
        <w:tc>
          <w:tcPr>
            <w:tcW w:type="dxa" w:w="9360"/>
            <w:tcMar>
              <w:top w:w="90" w:type="dxa"/>
              <w:start w:w="120" w:type="dxa"/>
              <w:bottom w:w="90" w:type="dxa"/>
              <w:end w:w="120" w:type="dxa"/>
            </w:tcMar>
            <w:shd w:fill="FBBF24"/>
            <w:vAlign w:val="center"/>
          </w:tcPr>
          <w:p>
            <w:pPr>
              <w:spacing w:before="0" w:after="0" w:line="240" w:lineRule="auto"/>
            </w:pPr>
            <w:r>
              <w:rPr>
                <w:rFonts w:ascii="Arial" w:hAnsi="Arial"/>
                <w:b/>
                <w:i w:val="0"/>
                <w:color w:val="111827"/>
                <w:sz w:val="21"/>
              </w:rPr>
              <w:t>REQUESTED CHANGE</w:t>
            </w:r>
          </w:p>
        </w:tc>
      </w:tr>
    </w:tbl>
    <w:tbl>
      <w:tblPr>
        <w:tblStyle w:val="TableGrid"/>
        <w:tblW w:type="dxa" w:w="9360"/>
        <w:jc w:val="left"/>
        <w:tblLayout w:type="fixed"/>
        <w:tblLook w:firstColumn="1" w:firstRow="1" w:lastColumn="0" w:lastRow="0" w:noHBand="0" w:noVBand="1" w:val="04A0"/>
        <w:tblInd w:w="0" w:type="dxa"/>
      </w:tblPr>
      <w:tblGrid>
        <w:gridCol w:w="9360"/>
      </w:tblGrid>
      <w:tr>
        <w:tc>
          <w:tcPr>
            <w:tcW w:type="dxa" w:w="9360"/>
            <w:tcMar>
              <w:top w:w="100" w:type="dxa"/>
              <w:start w:w="120" w:type="dxa"/>
              <w:bottom w:w="100" w:type="dxa"/>
              <w:end w:w="120" w:type="dxa"/>
            </w:tcMar>
            <w:vAlign w:val="center"/>
          </w:tcPr>
          <w:p>
            <w:pPr>
              <w:spacing w:before="0" w:after="0" w:line="240" w:lineRule="auto"/>
            </w:pPr>
            <w:r>
              <w:rPr>
                <w:rFonts w:ascii="Arial" w:hAnsi="Arial"/>
                <w:b w:val="0"/>
                <w:i w:val="0"/>
                <w:color w:val="111827"/>
                <w:sz w:val="20"/>
              </w:rPr>
              <w:t xml:space="preserve"> </w:t>
            </w:r>
          </w:p>
        </w:tc>
      </w:tr>
      <w:tr>
        <w:tc>
          <w:tcPr>
            <w:tcW w:type="dxa" w:w="9360"/>
            <w:tcMar>
              <w:top w:w="100" w:type="dxa"/>
              <w:start w:w="120" w:type="dxa"/>
              <w:bottom w:w="100" w:type="dxa"/>
              <w:end w:w="120" w:type="dxa"/>
            </w:tcMar>
            <w:vAlign w:val="center"/>
          </w:tcPr>
          <w:p>
            <w:pPr>
              <w:spacing w:before="0" w:after="0" w:line="240" w:lineRule="auto"/>
            </w:pPr>
            <w:r>
              <w:rPr>
                <w:rFonts w:ascii="Arial" w:hAnsi="Arial"/>
                <w:b w:val="0"/>
                <w:i w:val="0"/>
                <w:color w:val="111827"/>
                <w:sz w:val="20"/>
              </w:rPr>
              <w:t xml:space="preserve"> </w:t>
            </w:r>
          </w:p>
        </w:tc>
      </w:tr>
      <w:tr>
        <w:tc>
          <w:tcPr>
            <w:tcW w:type="dxa" w:w="9360"/>
            <w:tcMar>
              <w:top w:w="100" w:type="dxa"/>
              <w:start w:w="120" w:type="dxa"/>
              <w:bottom w:w="100" w:type="dxa"/>
              <w:end w:w="120" w:type="dxa"/>
            </w:tcMar>
            <w:vAlign w:val="center"/>
          </w:tcPr>
          <w:p>
            <w:pPr>
              <w:spacing w:before="0" w:after="0" w:line="240" w:lineRule="auto"/>
            </w:pPr>
            <w:r>
              <w:rPr>
                <w:rFonts w:ascii="Arial" w:hAnsi="Arial"/>
                <w:b w:val="0"/>
                <w:i w:val="0"/>
                <w:color w:val="111827"/>
                <w:sz w:val="20"/>
              </w:rPr>
              <w:t xml:space="preserve"> </w:t>
            </w:r>
          </w:p>
        </w:tc>
      </w:tr>
    </w:tbl>
    <w:p>
      <w:pPr>
        <w:spacing w:before="0" w:after="100" w:line="240" w:lineRule="auto"/>
      </w:pPr>
    </w:p>
    <w:tbl>
      <w:tblPr>
        <w:tblStyle w:val="TableGrid"/>
        <w:tblW w:type="dxa" w:w="9360"/>
        <w:jc w:val="left"/>
        <w:tblLayout w:type="fixed"/>
        <w:tblLook w:firstColumn="1" w:firstRow="1" w:lastColumn="0" w:lastRow="0" w:noHBand="0" w:noVBand="1" w:val="04A0"/>
        <w:tblInd w:w="0" w:type="dxa"/>
      </w:tblPr>
      <w:tblGrid>
        <w:gridCol w:w="9360"/>
      </w:tblGrid>
      <w:tr>
        <w:tc>
          <w:tcPr>
            <w:tcW w:type="dxa" w:w="9360"/>
            <w:tcMar>
              <w:top w:w="90" w:type="dxa"/>
              <w:start w:w="120" w:type="dxa"/>
              <w:bottom w:w="90" w:type="dxa"/>
              <w:end w:w="120" w:type="dxa"/>
            </w:tcMar>
            <w:shd w:fill="FBBF24"/>
            <w:vAlign w:val="center"/>
          </w:tcPr>
          <w:p>
            <w:pPr>
              <w:spacing w:before="0" w:after="0" w:line="240" w:lineRule="auto"/>
            </w:pPr>
            <w:r>
              <w:rPr>
                <w:rFonts w:ascii="Arial" w:hAnsi="Arial"/>
                <w:b/>
                <w:i w:val="0"/>
                <w:color w:val="111827"/>
                <w:sz w:val="21"/>
              </w:rPr>
              <w:t>REASON FOR CHANGE / EXISTING CONDITION</w:t>
            </w:r>
          </w:p>
        </w:tc>
      </w:tr>
    </w:tbl>
    <w:tbl>
      <w:tblPr>
        <w:tblStyle w:val="TableGrid"/>
        <w:tblW w:type="dxa" w:w="9360"/>
        <w:jc w:val="left"/>
        <w:tblLayout w:type="fixed"/>
        <w:tblLook w:firstColumn="1" w:firstRow="1" w:lastColumn="0" w:lastRow="0" w:noHBand="0" w:noVBand="1" w:val="04A0"/>
        <w:tblInd w:w="0" w:type="dxa"/>
      </w:tblPr>
      <w:tblGrid>
        <w:gridCol w:w="9360"/>
      </w:tblGrid>
      <w:tr>
        <w:tc>
          <w:tcPr>
            <w:tcW w:type="dxa" w:w="9360"/>
            <w:tcMar>
              <w:top w:w="100" w:type="dxa"/>
              <w:start w:w="120" w:type="dxa"/>
              <w:bottom w:w="100" w:type="dxa"/>
              <w:end w:w="120" w:type="dxa"/>
            </w:tcMar>
            <w:vAlign w:val="center"/>
          </w:tcPr>
          <w:p>
            <w:pPr>
              <w:spacing w:before="0" w:after="0" w:line="240" w:lineRule="auto"/>
            </w:pPr>
            <w:r>
              <w:rPr>
                <w:rFonts w:ascii="Arial" w:hAnsi="Arial"/>
                <w:b w:val="0"/>
                <w:i w:val="0"/>
                <w:color w:val="111827"/>
                <w:sz w:val="20"/>
              </w:rPr>
              <w:t xml:space="preserve"> </w:t>
            </w:r>
          </w:p>
        </w:tc>
      </w:tr>
      <w:tr>
        <w:tc>
          <w:tcPr>
            <w:tcW w:type="dxa" w:w="9360"/>
            <w:tcMar>
              <w:top w:w="100" w:type="dxa"/>
              <w:start w:w="120" w:type="dxa"/>
              <w:bottom w:w="100" w:type="dxa"/>
              <w:end w:w="120" w:type="dxa"/>
            </w:tcMar>
            <w:vAlign w:val="center"/>
          </w:tcPr>
          <w:p>
            <w:pPr>
              <w:spacing w:before="0" w:after="0" w:line="240" w:lineRule="auto"/>
            </w:pPr>
            <w:r>
              <w:rPr>
                <w:rFonts w:ascii="Arial" w:hAnsi="Arial"/>
                <w:b w:val="0"/>
                <w:i w:val="0"/>
                <w:color w:val="111827"/>
                <w:sz w:val="20"/>
              </w:rPr>
              <w:t xml:space="preserve"> </w:t>
            </w:r>
          </w:p>
        </w:tc>
      </w:tr>
      <w:tr>
        <w:tc>
          <w:tcPr>
            <w:tcW w:type="dxa" w:w="9360"/>
            <w:tcMar>
              <w:top w:w="100" w:type="dxa"/>
              <w:start w:w="120" w:type="dxa"/>
              <w:bottom w:w="100" w:type="dxa"/>
              <w:end w:w="120" w:type="dxa"/>
            </w:tcMar>
            <w:vAlign w:val="center"/>
          </w:tcPr>
          <w:p>
            <w:pPr>
              <w:spacing w:before="0" w:after="0" w:line="240" w:lineRule="auto"/>
            </w:pPr>
            <w:r>
              <w:rPr>
                <w:rFonts w:ascii="Arial" w:hAnsi="Arial"/>
                <w:b w:val="0"/>
                <w:i w:val="0"/>
                <w:color w:val="111827"/>
                <w:sz w:val="20"/>
              </w:rPr>
              <w:t xml:space="preserve"> </w:t>
            </w:r>
          </w:p>
        </w:tc>
      </w:tr>
    </w:tbl>
    <w:p>
      <w:pPr>
        <w:spacing w:before="0" w:after="100" w:line="240" w:lineRule="auto"/>
      </w:pPr>
    </w:p>
    <w:tbl>
      <w:tblPr>
        <w:tblStyle w:val="TableGrid"/>
        <w:tblW w:type="dxa" w:w="9360"/>
        <w:jc w:val="left"/>
        <w:tblLayout w:type="fixed"/>
        <w:tblLook w:firstColumn="1" w:firstRow="1" w:lastColumn="0" w:lastRow="0" w:noHBand="0" w:noVBand="1" w:val="04A0"/>
        <w:tblInd w:w="0" w:type="dxa"/>
      </w:tblPr>
      <w:tblGrid>
        <w:gridCol w:w="9360"/>
      </w:tblGrid>
      <w:tr>
        <w:tc>
          <w:tcPr>
            <w:tcW w:type="dxa" w:w="9360"/>
            <w:tcMar>
              <w:top w:w="90" w:type="dxa"/>
              <w:start w:w="120" w:type="dxa"/>
              <w:bottom w:w="90" w:type="dxa"/>
              <w:end w:w="120" w:type="dxa"/>
            </w:tcMar>
            <w:shd w:fill="FBBF24"/>
            <w:vAlign w:val="center"/>
          </w:tcPr>
          <w:p>
            <w:pPr>
              <w:spacing w:before="0" w:after="0" w:line="240" w:lineRule="auto"/>
            </w:pPr>
            <w:r>
              <w:rPr>
                <w:rFonts w:ascii="Arial" w:hAnsi="Arial"/>
                <w:b/>
                <w:i w:val="0"/>
                <w:color w:val="111827"/>
                <w:sz w:val="21"/>
              </w:rPr>
              <w:t>PRICE AND SCHEDULE IMPACT</w:t>
            </w:r>
          </w:p>
        </w:tc>
      </w:tr>
    </w:tbl>
    <w:tbl>
      <w:tblPr>
        <w:tblStyle w:val="TableGrid"/>
        <w:tblW w:type="dxa" w:w="9360"/>
        <w:jc w:val="left"/>
        <w:tblLayout w:type="fixed"/>
        <w:tblLook w:firstColumn="1" w:firstRow="1" w:lastColumn="0" w:lastRow="0" w:noHBand="0" w:noVBand="1" w:val="04A0"/>
        <w:tblInd w:w="0" w:type="dxa"/>
      </w:tblPr>
      <w:tblGrid>
        <w:gridCol w:w="5256"/>
        <w:gridCol w:w="4104"/>
      </w:tblGrid>
      <w:tr>
        <w:tc>
          <w:tcPr>
            <w:tcW w:type="dxa" w:w="5256"/>
            <w:tcMar>
              <w:top w:w="90" w:type="dxa"/>
              <w:start w:w="120" w:type="dxa"/>
              <w:bottom w:w="90" w:type="dxa"/>
              <w:end w:w="120" w:type="dxa"/>
            </w:tcMar>
            <w:shd w:fill="F3F4F6"/>
            <w:vAlign w:val="center"/>
          </w:tcPr>
          <w:p>
            <w:pPr>
              <w:spacing w:before="0" w:after="0" w:line="240" w:lineRule="auto"/>
            </w:pPr>
            <w:r>
              <w:rPr>
                <w:rFonts w:ascii="Arial" w:hAnsi="Arial"/>
                <w:b/>
                <w:i w:val="0"/>
                <w:color w:val="111827"/>
                <w:sz w:val="20"/>
              </w:rPr>
              <w:t>Additional labor</w:t>
            </w:r>
          </w:p>
        </w:tc>
        <w:tc>
          <w:tcPr>
            <w:tcW w:type="dxa" w:w="4104"/>
            <w:tcMar>
              <w:top w:w="90" w:type="dxa"/>
              <w:start w:w="120" w:type="dxa"/>
              <w:bottom w:w="90" w:type="dxa"/>
              <w:end w:w="120" w:type="dxa"/>
            </w:tcMar>
            <w:shd w:fill="FEF3C7"/>
            <w:vAlign w:val="center"/>
          </w:tcPr>
          <w:p>
            <w:pPr>
              <w:spacing w:before="0" w:after="0" w:line="240" w:lineRule="auto"/>
            </w:pPr>
            <w:r>
              <w:rPr>
                <w:rFonts w:ascii="Arial" w:hAnsi="Arial"/>
                <w:b w:val="0"/>
                <w:i w:val="0"/>
                <w:color w:val="111827"/>
                <w:sz w:val="20"/>
              </w:rPr>
              <w:t>$</w:t>
            </w:r>
          </w:p>
        </w:tc>
      </w:tr>
      <w:tr>
        <w:tc>
          <w:tcPr>
            <w:tcW w:type="dxa" w:w="5256"/>
            <w:tcMar>
              <w:top w:w="90" w:type="dxa"/>
              <w:start w:w="120" w:type="dxa"/>
              <w:bottom w:w="90" w:type="dxa"/>
              <w:end w:w="120" w:type="dxa"/>
            </w:tcMar>
            <w:shd w:fill="F3F4F6"/>
            <w:vAlign w:val="center"/>
          </w:tcPr>
          <w:p>
            <w:pPr>
              <w:spacing w:before="0" w:after="0" w:line="240" w:lineRule="auto"/>
            </w:pPr>
            <w:r>
              <w:rPr>
                <w:rFonts w:ascii="Arial" w:hAnsi="Arial"/>
                <w:b/>
                <w:i w:val="0"/>
                <w:color w:val="111827"/>
                <w:sz w:val="20"/>
              </w:rPr>
              <w:t>Additional materials / equipment</w:t>
            </w:r>
          </w:p>
        </w:tc>
        <w:tc>
          <w:tcPr>
            <w:tcW w:type="dxa" w:w="4104"/>
            <w:tcMar>
              <w:top w:w="90" w:type="dxa"/>
              <w:start w:w="120" w:type="dxa"/>
              <w:bottom w:w="90" w:type="dxa"/>
              <w:end w:w="120" w:type="dxa"/>
            </w:tcMar>
            <w:shd w:fill="FEF3C7"/>
            <w:vAlign w:val="center"/>
          </w:tcPr>
          <w:p>
            <w:pPr>
              <w:spacing w:before="0" w:after="0" w:line="240" w:lineRule="auto"/>
            </w:pPr>
            <w:r>
              <w:rPr>
                <w:rFonts w:ascii="Arial" w:hAnsi="Arial"/>
                <w:b w:val="0"/>
                <w:i w:val="0"/>
                <w:color w:val="111827"/>
                <w:sz w:val="20"/>
              </w:rPr>
              <w:t>$</w:t>
            </w:r>
          </w:p>
        </w:tc>
      </w:tr>
      <w:tr>
        <w:tc>
          <w:tcPr>
            <w:tcW w:type="dxa" w:w="5256"/>
            <w:tcMar>
              <w:top w:w="90" w:type="dxa"/>
              <w:start w:w="120" w:type="dxa"/>
              <w:bottom w:w="90" w:type="dxa"/>
              <w:end w:w="120" w:type="dxa"/>
            </w:tcMar>
            <w:shd w:fill="F3F4F6"/>
            <w:vAlign w:val="center"/>
          </w:tcPr>
          <w:p>
            <w:pPr>
              <w:spacing w:before="0" w:after="0" w:line="240" w:lineRule="auto"/>
            </w:pPr>
            <w:r>
              <w:rPr>
                <w:rFonts w:ascii="Arial" w:hAnsi="Arial"/>
                <w:b/>
                <w:i w:val="0"/>
                <w:color w:val="111827"/>
                <w:sz w:val="20"/>
              </w:rPr>
              <w:t>Credits</w:t>
            </w:r>
          </w:p>
        </w:tc>
        <w:tc>
          <w:tcPr>
            <w:tcW w:type="dxa" w:w="4104"/>
            <w:tcMar>
              <w:top w:w="90" w:type="dxa"/>
              <w:start w:w="120" w:type="dxa"/>
              <w:bottom w:w="90" w:type="dxa"/>
              <w:end w:w="120" w:type="dxa"/>
            </w:tcMar>
            <w:shd w:fill="FEF3C7"/>
            <w:vAlign w:val="center"/>
          </w:tcPr>
          <w:p>
            <w:pPr>
              <w:spacing w:before="0" w:after="0" w:line="240" w:lineRule="auto"/>
            </w:pPr>
            <w:r>
              <w:rPr>
                <w:rFonts w:ascii="Arial" w:hAnsi="Arial"/>
                <w:b w:val="0"/>
                <w:i w:val="0"/>
                <w:color w:val="111827"/>
                <w:sz w:val="20"/>
              </w:rPr>
              <w:t>-$</w:t>
            </w:r>
          </w:p>
        </w:tc>
      </w:tr>
      <w:tr>
        <w:tc>
          <w:tcPr>
            <w:tcW w:type="dxa" w:w="5256"/>
            <w:tcMar>
              <w:top w:w="90" w:type="dxa"/>
              <w:start w:w="120" w:type="dxa"/>
              <w:bottom w:w="90" w:type="dxa"/>
              <w:end w:w="120" w:type="dxa"/>
            </w:tcMar>
            <w:shd w:fill="F3F4F6"/>
            <w:vAlign w:val="center"/>
          </w:tcPr>
          <w:p>
            <w:pPr>
              <w:spacing w:before="0" w:after="0" w:line="240" w:lineRule="auto"/>
            </w:pPr>
            <w:r>
              <w:rPr>
                <w:rFonts w:ascii="Arial" w:hAnsi="Arial"/>
                <w:b/>
                <w:i w:val="0"/>
                <w:color w:val="111827"/>
                <w:sz w:val="20"/>
              </w:rPr>
              <w:t>Tax / fees</w:t>
            </w:r>
          </w:p>
        </w:tc>
        <w:tc>
          <w:tcPr>
            <w:tcW w:type="dxa" w:w="4104"/>
            <w:tcMar>
              <w:top w:w="90" w:type="dxa"/>
              <w:start w:w="120" w:type="dxa"/>
              <w:bottom w:w="90" w:type="dxa"/>
              <w:end w:w="120" w:type="dxa"/>
            </w:tcMar>
            <w:shd w:fill="FEF3C7"/>
            <w:vAlign w:val="center"/>
          </w:tcPr>
          <w:p>
            <w:pPr>
              <w:spacing w:before="0" w:after="0" w:line="240" w:lineRule="auto"/>
            </w:pPr>
            <w:r>
              <w:rPr>
                <w:rFonts w:ascii="Arial" w:hAnsi="Arial"/>
                <w:b w:val="0"/>
                <w:i w:val="0"/>
                <w:color w:val="111827"/>
                <w:sz w:val="20"/>
              </w:rPr>
              <w:t>$</w:t>
            </w:r>
          </w:p>
        </w:tc>
      </w:tr>
      <w:tr>
        <w:tc>
          <w:tcPr>
            <w:tcW w:type="dxa" w:w="5256"/>
            <w:tcMar>
              <w:top w:w="90" w:type="dxa"/>
              <w:start w:w="120" w:type="dxa"/>
              <w:bottom w:w="90" w:type="dxa"/>
              <w:end w:w="120" w:type="dxa"/>
            </w:tcMar>
            <w:shd w:fill="FBBF24"/>
            <w:vAlign w:val="center"/>
          </w:tcPr>
          <w:p>
            <w:pPr>
              <w:spacing w:before="0" w:after="0" w:line="240" w:lineRule="auto"/>
            </w:pPr>
            <w:r>
              <w:rPr>
                <w:rFonts w:ascii="Arial" w:hAnsi="Arial"/>
                <w:b/>
                <w:i w:val="0"/>
                <w:color w:val="111827"/>
                <w:sz w:val="20"/>
              </w:rPr>
              <w:t>TOTAL CHANGE</w:t>
            </w:r>
          </w:p>
        </w:tc>
        <w:tc>
          <w:tcPr>
            <w:tcW w:type="dxa" w:w="4104"/>
            <w:tcMar>
              <w:top w:w="90" w:type="dxa"/>
              <w:start w:w="120" w:type="dxa"/>
              <w:bottom w:w="90" w:type="dxa"/>
              <w:end w:w="120" w:type="dxa"/>
            </w:tcMar>
            <w:shd w:fill="FBBF24"/>
            <w:vAlign w:val="center"/>
          </w:tcPr>
          <w:p>
            <w:pPr>
              <w:spacing w:before="0" w:after="0" w:line="240" w:lineRule="auto"/>
            </w:pPr>
            <w:r>
              <w:rPr>
                <w:rFonts w:ascii="Arial" w:hAnsi="Arial"/>
                <w:b/>
                <w:i w:val="0"/>
                <w:color w:val="111827"/>
                <w:sz w:val="20"/>
              </w:rPr>
              <w:t>$</w:t>
            </w:r>
          </w:p>
        </w:tc>
      </w:tr>
      <w:tr>
        <w:tc>
          <w:tcPr>
            <w:tcW w:type="dxa" w:w="5256"/>
            <w:tcMar>
              <w:top w:w="90" w:type="dxa"/>
              <w:start w:w="120" w:type="dxa"/>
              <w:bottom w:w="90" w:type="dxa"/>
              <w:end w:w="120" w:type="dxa"/>
            </w:tcMar>
            <w:shd w:fill="F3F4F6"/>
            <w:vAlign w:val="center"/>
          </w:tcPr>
          <w:p>
            <w:pPr>
              <w:spacing w:before="0" w:after="0" w:line="240" w:lineRule="auto"/>
            </w:pPr>
            <w:r>
              <w:rPr>
                <w:rFonts w:ascii="Arial" w:hAnsi="Arial"/>
                <w:b/>
                <w:i w:val="0"/>
                <w:color w:val="111827"/>
                <w:sz w:val="20"/>
              </w:rPr>
              <w:t>Schedule impact</w:t>
            </w:r>
          </w:p>
        </w:tc>
        <w:tc>
          <w:tcPr>
            <w:tcW w:type="dxa" w:w="4104"/>
            <w:tcMar>
              <w:top w:w="90" w:type="dxa"/>
              <w:start w:w="120" w:type="dxa"/>
              <w:bottom w:w="90" w:type="dxa"/>
              <w:end w:w="120" w:type="dxa"/>
            </w:tcMar>
            <w:shd w:fill="FEF3C7"/>
            <w:vAlign w:val="center"/>
          </w:tcPr>
          <w:p>
            <w:pPr>
              <w:spacing w:before="0" w:after="0" w:line="240" w:lineRule="auto"/>
            </w:pPr>
            <w:r>
              <w:rPr>
                <w:rFonts w:ascii="Arial" w:hAnsi="Arial"/>
                <w:b w:val="0"/>
                <w:i w:val="0"/>
                <w:color w:val="111827"/>
                <w:sz w:val="20"/>
              </w:rPr>
              <w:t>Add / subtract ______ calendar days</w:t>
            </w:r>
          </w:p>
        </w:tc>
      </w:tr>
    </w:tbl>
    <w:p>
      <w:pPr>
        <w:spacing w:before="0" w:after="100" w:line="240" w:lineRule="auto"/>
      </w:pPr>
    </w:p>
    <w:tbl>
      <w:tblPr>
        <w:tblStyle w:val="TableGrid"/>
        <w:tblW w:type="dxa" w:w="9360"/>
        <w:jc w:val="left"/>
        <w:tblLayout w:type="fixed"/>
        <w:tblLook w:firstColumn="1" w:firstRow="1" w:lastColumn="0" w:lastRow="0" w:noHBand="0" w:noVBand="1" w:val="04A0"/>
        <w:tblInd w:w="0" w:type="dxa"/>
      </w:tblPr>
      <w:tblGrid>
        <w:gridCol w:w="9360"/>
      </w:tblGrid>
      <w:tr>
        <w:tc>
          <w:tcPr>
            <w:tcW w:type="dxa" w:w="9360"/>
            <w:tcMar>
              <w:top w:w="90" w:type="dxa"/>
              <w:start w:w="120" w:type="dxa"/>
              <w:bottom w:w="90" w:type="dxa"/>
              <w:end w:w="120" w:type="dxa"/>
            </w:tcMar>
            <w:shd w:fill="FBBF24"/>
            <w:vAlign w:val="center"/>
          </w:tcPr>
          <w:p>
            <w:pPr>
              <w:spacing w:before="0" w:after="0" w:line="240" w:lineRule="auto"/>
            </w:pPr>
            <w:r>
              <w:rPr>
                <w:rFonts w:ascii="Arial" w:hAnsi="Arial"/>
                <w:b/>
                <w:i w:val="0"/>
                <w:color w:val="111827"/>
                <w:sz w:val="21"/>
              </w:rPr>
              <w:t>AUTHORIZATION</w:t>
            </w:r>
          </w:p>
        </w:tc>
      </w:tr>
    </w:tbl>
    <w:p>
      <w:pPr>
        <w:spacing w:before="100" w:after="160" w:line="276" w:lineRule="auto"/>
      </w:pPr>
      <w:r>
        <w:rPr>
          <w:rFonts w:ascii="Arial" w:hAnsi="Arial"/>
          <w:b w:val="0"/>
          <w:i w:val="0"/>
          <w:color w:val="111827"/>
          <w:sz w:val="19"/>
        </w:rPr>
        <w:t>By signing below, the customer authorizes the described change and agrees that the contract price and completion schedule will be adjusted as shown. Work outside the original scope should not begin until authorization is received.</w:t>
      </w:r>
    </w:p>
    <w:tbl>
      <w:tblPr>
        <w:tblStyle w:val="TableGrid"/>
        <w:tblW w:type="dxa" w:w="9360"/>
        <w:jc w:val="left"/>
        <w:tblLayout w:type="fixed"/>
        <w:tblLook w:firstColumn="1" w:firstRow="1" w:lastColumn="0" w:lastRow="0" w:noHBand="0" w:noVBand="1" w:val="04A0"/>
        <w:tblInd w:w="0" w:type="dxa"/>
      </w:tblPr>
      <w:tblGrid>
        <w:gridCol w:w="4680"/>
        <w:gridCol w:w="4680"/>
      </w:tblGrid>
      <w:tr>
        <w:tc>
          <w:tcPr>
            <w:tcW w:type="dxa" w:w="4680"/>
            <w:tcMar>
              <w:top w:w="90" w:type="dxa"/>
              <w:start w:w="120" w:type="dxa"/>
              <w:bottom w:w="90" w:type="dxa"/>
              <w:end w:w="120" w:type="dxa"/>
            </w:tcMar>
            <w:vAlign w:val="center"/>
          </w:tcPr>
          <w:p>
            <w:pPr>
              <w:spacing w:before="0" w:after="0" w:line="240" w:lineRule="auto"/>
            </w:pPr>
            <w:r>
              <w:rPr>
                <w:rFonts w:ascii="Arial" w:hAnsi="Arial"/>
                <w:b/>
                <w:i w:val="0"/>
                <w:color w:val="111827"/>
                <w:sz w:val="19"/>
              </w:rPr>
              <w:t>Customer signature:</w:t>
              <w:br/>
            </w:r>
          </w:p>
        </w:tc>
        <w:tc>
          <w:tcPr>
            <w:tcW w:type="dxa" w:w="4680"/>
            <w:tcMar>
              <w:top w:w="90" w:type="dxa"/>
              <w:start w:w="120" w:type="dxa"/>
              <w:bottom w:w="90" w:type="dxa"/>
              <w:end w:w="120" w:type="dxa"/>
            </w:tcMar>
            <w:vAlign w:val="center"/>
          </w:tcPr>
          <w:p>
            <w:pPr>
              <w:spacing w:before="0" w:after="0" w:line="240" w:lineRule="auto"/>
            </w:pPr>
            <w:r>
              <w:rPr>
                <w:rFonts w:ascii="Arial" w:hAnsi="Arial"/>
                <w:b/>
                <w:i w:val="0"/>
                <w:color w:val="111827"/>
                <w:sz w:val="19"/>
              </w:rPr>
              <w:t>Contractor signature:</w:t>
              <w:br/>
            </w:r>
          </w:p>
        </w:tc>
      </w:tr>
      <w:tr>
        <w:tc>
          <w:tcPr>
            <w:tcW w:type="dxa" w:w="4680"/>
            <w:tcMar>
              <w:top w:w="90" w:type="dxa"/>
              <w:start w:w="120" w:type="dxa"/>
              <w:bottom w:w="90" w:type="dxa"/>
              <w:end w:w="120" w:type="dxa"/>
            </w:tcMar>
            <w:vAlign w:val="center"/>
          </w:tcPr>
          <w:p>
            <w:pPr>
              <w:spacing w:before="0" w:after="0" w:line="240" w:lineRule="auto"/>
            </w:pPr>
            <w:r>
              <w:rPr>
                <w:rFonts w:ascii="Arial" w:hAnsi="Arial"/>
                <w:b/>
                <w:i w:val="0"/>
                <w:color w:val="111827"/>
                <w:sz w:val="19"/>
              </w:rPr>
              <w:t>Printed name / date:</w:t>
              <w:br/>
            </w:r>
          </w:p>
        </w:tc>
        <w:tc>
          <w:tcPr>
            <w:tcW w:type="dxa" w:w="4680"/>
            <w:tcMar>
              <w:top w:w="90" w:type="dxa"/>
              <w:start w:w="120" w:type="dxa"/>
              <w:bottom w:w="90" w:type="dxa"/>
              <w:end w:w="120" w:type="dxa"/>
            </w:tcMar>
            <w:vAlign w:val="center"/>
          </w:tcPr>
          <w:p>
            <w:pPr>
              <w:spacing w:before="0" w:after="0" w:line="240" w:lineRule="auto"/>
            </w:pPr>
            <w:r>
              <w:rPr>
                <w:rFonts w:ascii="Arial" w:hAnsi="Arial"/>
                <w:b/>
                <w:i w:val="0"/>
                <w:color w:val="111827"/>
                <w:sz w:val="19"/>
              </w:rPr>
              <w:t>Printed name / date:</w:t>
              <w:br/>
            </w:r>
          </w:p>
        </w:tc>
      </w:tr>
    </w:tbl>
    <w:p>
      <w:pPr>
        <w:spacing w:before="40" w:after="0" w:line="240" w:lineRule="auto"/>
      </w:pPr>
      <w:r>
        <w:rPr>
          <w:rFonts w:ascii="Arial" w:hAnsi="Arial"/>
          <w:b w:val="0"/>
          <w:i/>
          <w:color w:val="6B7280"/>
          <w:sz w:val="15"/>
        </w:rPr>
        <w:t>Important: Adapt this form to your contract, licensing, consumer-protection, notice, and local legal requirements.</w:t>
      </w:r>
    </w:p>
    <w:sectPr w:rsidR="00FC693F" w:rsidRPr="0006063C" w:rsidSect="00034616">
      <w:headerReference w:type="default" r:id="rId9"/>
      <w:footerReference w:type="default" r:id="rId10"/>
      <w:pgSz w:w="12240" w:h="15840"/>
      <w:pgMar w:top="936" w:right="1440" w:bottom="504" w:left="144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Pr>
        <w:rFonts w:ascii="Arial" w:hAnsi="Arial"/>
        <w:b w:val="0"/>
        <w:i w:val="0"/>
        <w:color w:val="6B7280"/>
        <w:sz w:val="17"/>
      </w:rPr>
      <w:t>Free to download, edit, and use in your trade business. Goopuh.com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right"/>
    </w:pPr>
    <w:r>
      <w:rPr>
        <w:rFonts w:ascii="Arial" w:hAnsi="Arial"/>
        <w:b/>
        <w:i w:val="0"/>
        <w:color w:val="6B7280"/>
        <w:sz w:val="17"/>
      </w:rPr>
      <w:t>GOOPUH.COM  |  FREE EDITABLE TRADE RESOURCE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rial" w:hAnsi="Arial"/>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